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ערבות הדדית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"ערבות הדדית"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ותיכון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התחושה שכולנו קשורים זה לזה, ושכל אחד ואחת אחראים גם לטובת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לכבד ולקבל אנשים שונים מאיתנו במראה, במנהגים, ביכולות ובדעות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לתת מכל הלב – זמן, עזרה, מילה טובה או חפץ – בלי לצפות לתמורה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לעצור רגע לפני שמגיבים, ולבחור איך לפעול גם כשהרגשות חזקים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מושיטים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🫶 ערבות הדדית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ערבות הדדית – התחושה שכולנו קשורים זה לזה, ושכל אחד ואחת אחראים גם לטובת האחרים.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בעבודה קבוצתית, מאיה מתקשה ומרגישה שהיא מעכבת את כולם. שני חברים בקבוצה מתלוננים, אבל איתי אומר: אנחנו קבוצה – ההצלחה של כל אחד היא ההצלחה של כולנו. הם מחלקים מחדש את המשימות כך שכל אחד יתרום ממה שהוא טוב בו.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הייתם אומרים לחברים שמתלוננים בקבוצה?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איך מחלקים עבודה כך שכולם ירגישו שהם תורמים?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למה אנחנו לפעמים מניחים שמישהו אחר יטפל?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"ערבות הדדית"?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לצעוק כדי שישמעו רק אותי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להתקשר או לכתוב לחבר או חברה שלא היו בבית הספר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לב למי שיושב לבד ולהזמין להצטרף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לקטוע מישהו באמצע המשפט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לעזור למישהו בשיעורי בית פעם אחת השבוע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לכבד ולקבל אנשים שונים מאיתנו במראה, במנהגים, ביכולות ובדעות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🌈 קבלת השונה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לעצור רגע לפני שמגיבים, ולבחור איך לפעול גם כשהרגשות חזקים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🎁 נדיבות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לתת מכל הלב – זמן, עזרה, מילה טובה או חפץ – בלי לצפות לתמורה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🧘 שליטה עצמית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התחושה שכולנו קשורים זה לזה, ושכל אחד ואחת אחראים גם לטובת האחרים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"כשאחד נופל, כולנו ________ יד – ככה בונים כיתה חזקה"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חמישה חברים נפגשו, וכל אחד לחץ יד לכל אחד מהאחרים פעם אחת. כמה לחיצות ידיים היו?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להתקשר או לכתוב לחבר או חברה שלא היו בבית הספר · לעזור למישהו בשיעורי בית פעם אחת השבוע · לשים לב למי שיושב לבד ולהזמין להצטרף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הכוח של כיתה שדואגת לכל אחד ואחת?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רגע השבוע שבו מישהו דאג לכם או שאתם דאגתם למישהו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ערבות הדדית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