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שמירה על הסביבה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"שמירה על הסביבה"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nature / природа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tree / дерево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water / вода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trash can / мусорное ведро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🌱 שמירה על הסביבה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שומרים על הסביבה: זורקים לפח, חוסכים מים ומכבים את האור.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טבע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nature · природа · ተፈጥሮ · طبيعة · nature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עץ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tree · дерево · ዛፍ · شجرة · arbre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water · вода · ውሃ · ماء · eau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פח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trash can · мусорное ведро · የቆሻሻ መጣያ · سلة المهملات · poubelle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טבע  |  עץ  |  מים  |  פח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trash can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טבע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פח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טבע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tree / дерево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nature / природа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trash can / мусорное ведро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water / вода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שומרים על הסביבה: זורקים לפח, חוסכים ________ ומכבים את האור.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"טבע".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קרה כשעוד ילדים הצטרפו לאיסוף?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לכבות את האור כשיוצאים מהחדר / לזרוק אשפה רק לפח)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שמירה על הסביבה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