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שמירה על הסביבה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"שמירה על הסביבה"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🌱 שמירה על הסביבה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שׁוֹמְרִים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שמירה על הסביבה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🌱 ♻️ 🌍  משפט השבוע: שׁוֹמְרִים עַל הָעוֹלָם הַיָּפֶה שֶׁלָּנוּ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שׁוֹמְרִים  |  דּוֹאֲגִים  |  שׁוֹנִים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"שׁוֹמְרִים עַל הָעוֹלָם הַיָּפֶה שֶׁלָּנוּ"?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🌱 שמירה על הסביבה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🫶 ערבות הדדית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לזרוק אשפה רק לפח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לכבות את האור כשיוצאים מהחדר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להתעלם ממי שמבקש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עַל הָעוֹלָם הַיָּפֶה שֶׁלָּנוּ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קרה כשעוד ילדים הצטרפו לאיסוף?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לכבות את האור כשיוצאים מהחדר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שמירה על הסביבה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